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דבורים 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כתבה קצרה בעברית קלה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חדשות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לספר מה קרה בכתבה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דבורים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כדורים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גלגלו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לא, שום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דבורים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שאולי גם לדבורים יש הנאה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בכתבה כתוב שהן לא קיבלו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הכדורים היו בדרך לאוכל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בכתבה כתוב שגלגלו שוב ושוב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ניסוי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גלגלו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(אנשים שעשו את הניסוי)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ששמו בדרך לאוכל)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(שיחקו יותר מהאחרות)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(תחושה טובה וכיף)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(משהו טוב שלא קיבלו הדבורים)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קרה בכתבה? סדרו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חוקרים שמו כדורים קטנים בדרך לאוכל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הדבורים עצרו ליד הכדורים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הדבורים גלגלו את הכדורים שוב ושוב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הדבורים לא קיבלו פרס, הן רק שיחקו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החוקרים חשבו שאולי גם לדבורים יש הנאה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הכתבה מספרת על דבורים ששיחקו עם כדורים קטנים, בלי לקבל פרס.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הדבורים שיחקו בכדורים גם בלי לקבל פרס, כאילו זה היה כיף בשבילן.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למשל, כדי להבין טוב יותר את העולם של בעלי החיים ואת הרגשות שלהם.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כתב/ה מילה רלוונטית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בסיסית של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הציור קשור לדבורים או לכדורים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הכתבה בקול לפני מילוי הדף, ולהצביע על כל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- לעבוד בזוגות ולהתמקד בסעיפים ללא skip_n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בשיתוף בכיתה של המשפט המסכם מכל תלמיד/ה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דבורים 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קראנו כתבה קטנה על ניסוי מיוחד עם דבורים וכדורים. בדף הזה נתרגל להבין את הכתבה ולענות על שאלות עליה.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מי מספרת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דבורים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חתולים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שמו החוקרים בדרך לאוכל?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עשו הדבורים עם הכדורים?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אכלו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גלגלו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שברו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הסתירו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האם הדבורים קיבלו פרס על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כן,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לא, שום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כן,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דבורים שיחקו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 זקנות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דבורים צעירות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דבורים חולות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הדבורים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חושבים החוקרים בסוף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שדבורים לא חכמות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שאולי גם לדבורים יש הנאה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שדבורים פוחדות מכדורים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שדבורים לא אוהבות לשחק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שיחקו בכדורים קטנים.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קיבלו פרס גדול על המשחק.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דבורים צעירות שיחקו יותר מדבורים מבוגרות.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שמו את הכדורים רחוק מהאוכל.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גלגלו את הכדורים רק פעם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חוקרים עשו __________ עם דבורים.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הם שמו כדורים קטנים ב__________ לאוכל.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הדבורים __________ את הכדורים שוב ושוב.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הדבורים לא קיבלו __________ על המשחק.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דבורים __________ שיחקו יותר מדבורים מבוגרות.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החוקרים חושבים שאולי גם לדבורים יש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ששמו בדרך לאוכל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כדורים קטנים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משהו טוב שלא קיבלו הדבורים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דבורים צעירות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תחושה טובה וכיף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הנאה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אנשים שעשו את הניסוי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שיחקו יותר מהאחרות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קרה בכתבה? סדרו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גלגלו את הכדורים שוב ושוב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חשבו שאולי גם לדבורים יש הנאה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חוקרים שמו כדורים קטנים בדרך לאוכל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עצרו ליד הכדורים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לא קיבלו פרס, הן רק שיחקו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שמסכם את הכתבה.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חושבים החוקרים שלדבורים יש הנאה?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דעתכם: למה חשוב שחוקרים יעשו ניסויים כאלה על בעלי חיים?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אחת חדשה שלמדתי מהכתבה היא...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משהו מעניין שלמדתי על דבורים הוא...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ציירו ציור קטן שמתאים לכתבה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 – דבורים משחקות בכדור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