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קצרה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חדשות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לספר מה קרה בכתבה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כדורים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גלגלו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בכתבה כתוב שהן לא קיבלו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(אנשים שעשו את הניסוי)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ששמו בדרך לאוכל)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(שיחקו יותר מהאחרות)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(תחושה טובה וכיף)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קרה בכתבה? סדרו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שמו כדורים קטנים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הדבורים עצרו ליד הכדורים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גלגלו את הכדורים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הדבורים לא קיבלו פרס, הן רק שיחקו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מספרת על דבורים ששיחקו עם כדורים קטנים, בלי לקבל פרס.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כתב/ה מילה רלוונטית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בסיסית של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הציור קשור לדבורים או לכדורים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הכתבה בקול לפני מילוי הדף, ולהצביע על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- לעבוד בזוגות ולהתמקד בסעיפים ללא skip_n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בשיתוף בכיתה של המשפט המסכם מכל תלמיד/ה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קראנו כתבה קטנה על ניסוי מיוחד עם דבורים וכדורים. בדף הזה נתרגל להבין את הכתבה ולענות על שאלות עליה.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ניסוי  ·  דרך  ·  גלגלו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מי מספרת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חתולים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שמו החוקרים בדרך לאוכל?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כדורים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עשו הדבורים עם הכדורים?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אכלו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גלגלו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שברו אותם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שיחקו בכדורים קטנים.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קיבלו פרס גדול על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דבורים צעירות שיחקו יותר מדבורים מבוגרות.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חוקרים עשו __________ עם דבורים.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הם שמו כדורים קטנים ב__________ לאוכל.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הדבורים __________ את הכדורים שוב ושוב.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שיחקו יותר מהאחרות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כדורים קטנים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שעשו את הניסוי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דבורים צעירות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תחושה טובה וכיף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ששמו בדרך לאוכל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קרה בכתבה? סדרו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עצרו ליד הכדורים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חוקרים שמו כדורים קטנים בדרך לאוכל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לא קיבלו פרס, הן רק שיחקו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גלגלו את הכדורים שוב ושוב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שמסכם את 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מילה אחת חדשה שלמדתי מהכתבה היא...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משהו מעניין שלמדתי על דבורים הוא...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דבורים 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